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מילה אחת משנה הכל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איך מילה אחת במשפט משנה את המשמעות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משפט 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של תנועה ונסיעה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המשפט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אנחנו נוסעים 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אנחנו נוסעים ברכבת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אנחנו הולכים ברגל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באוטובוס / ברכבת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אוטובוס ורכבת הם שני כלי רכב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אוטובוס במקום רכבת משנה את התמונה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הולכים ברגל זה בלי רכב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נוסעים זה פועל כללי לנסיעה ברכב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מילה אחת יכולה לשנות את כל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לתמונה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(רכב גדול עם הרבה נוסעים)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(רכב ארוך שנוסע על פסים)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(תנועה בלי כל 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(פועל שמתאר תנועה ברכב)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מילת נסיעה מתאימה כמו 'אנחנו נוסעים ברכבת'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עם הבדל במילה אחת, למשל אוטובוס/רכבת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שהתלמיד יזהה שהחלפת מילה אחת (אוטובוס/רכבת) משנה את התמונה המתוארת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שממחישה החלפת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הולכים ברגל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אמיתיות מהדף כדי להמחיש את ההבדל בין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להקריא את המשפטים בקול ולשים לב למילה המשתנה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מילה אחת משנה הכל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מילה אחת, כמו אוטובוס או רכבת, יכולה לשנות את כל המשפט ואת התמונה שהוא מתאר.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המשפט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בתמונה רואים ילדים ליד אוטובוס.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 נוסעים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אנחנו נוסעים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 הולכים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אנחנו טסים במטוס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בתמונה רואים פסים ורכב ארוך.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 הולכים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אנחנו שוחים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 נוסעים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אנחנו רוכבים על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בתמונה רואים ילד הולך בלי רכב.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 נוסעים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אנחנו הולכים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 נוסעים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אנחנו טסים במטוס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משנה את המשפט מ'אוטובוס' ל'רכבת'?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באוטובוס /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'אנחנו נוסעים באוטובוס' מתאים לתמונה של רכבת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במשפט יכולה לשנות את כל המשמעות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'הולכים ברגל' אומר שנוסעים ברכב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'נוסעים' מתאימה גם לאוטובוס וגם לרכבת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נחליף רק מילה אחת, המשפט תמיד יישאר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נוסעים ב__________ (רכב גדול לעיר)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אנחנו נוסעים ב__________ (נוסע על פסים)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הולכים ב__________ (בלי רכב)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אֵיזֶה __________ מַתְאִים לַתְּמוּנָה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אחת __________ את כל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צריך לבחור את המשפט ש__________ לתמונה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לתמונה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 שמתאר תנועה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רכבת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רכב גדול עם הרבה נוסעים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הולכים ברגל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רכב ארוך שנוסע על פסים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נוסעים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תנועה בלי כל רכב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משפט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תמונה עם ילדים ליד רכבת. כתבו משפט אחד שמתאר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משפטים דומים שבהם רק מילה אחת שונה, ושנה את המשמעות.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'נוסעים באוטובוס' ל'נוסעים ברכבת'?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שבו מילה אחת משנה את כל המשמעות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מתארת תנועה בלי 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מילה אחת משנה הכל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