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אחת משנה הכל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מילה אחת במשפט משנה את המשמעות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של תנועה ונסיעה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אנחנו נוסעים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 נוסעים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אנחנו הולכים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באוטובוס / ברכבת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אוטובוס ורכבת הם שני כלי רכב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אוטובוס במקום רכבת משנה את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הולכים ברגל זה בלי רכב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נוסעים זה פועל כללי לנסיעה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מילה אחת יכולה לשנות את כל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לתמונה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(רכב גדול עם הרבה נוסעים)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(רכב ארוך שנוסע על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(תנועה בלי כל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(פועל שמתאר תנועה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נסיעה מתאימה כמו 'אנחנו נוסעים ברכבת'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עם הבדל במילה אחת, למשל אוטובוס/רכבת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יזהה שהחלפת מילה אחת (אוטובוס/רכבת) משנה את התמונה המתוארת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שממחישה החלפת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הולכים ברגל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אמיתיות מהדף כדי להמחיש את ההבדל בין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להקריא את המשפטים בקול ולשים לב למילה המשתנה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אחת משנה הכל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נלמד: מילה אחת יכולה לשנות משפט שלם. נתרגל מילים כמו אוטובוס, רכבת, הולכים.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ביחד שאומרות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תְּמוּנָה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שרואים ומתארים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נוֹסְעִים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זזים ממקום למקום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הוֹלְכִים בָּרֶגֶל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זזים בלי רכב, עם הרגליים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אוֹטוֹבּוּס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 גדול שנוסעים בו הרבה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רַכֶּבֶת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 ארוך שנוסע על פסים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מַתְאִים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 ומתחבר לתמונה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מְשַׁנֶּה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עושה שינוי, הופך להיות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מתאים לתמונה עם 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 טסים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מתאים לתמונה עם 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שוחים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 רוכבים על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מתאים לתמונה עם הליכה?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 טסים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שונה בין שני המשפטים?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באוטובוס /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'אנחנו נוסעים באוטובוס' מתאים לתמונה של 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במשפט יכולה לשנות את כל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'הולכים ברגל' אומר שנוסעים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'נוסעים' מתאימה גם לאוטובוס וגם לרכבת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נחליף רק מילה אחת, המשפט תמיד יישאר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נוסעים ב__________ (רכב גדול לעיר)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נוסעים ב__________ (נוסע על פסים)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הולכים ב__________ (בלי רכב)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אֵיזֶה __________ מַתְאִים לַתְּמוּנָה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אחת __________ את כל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צריך לבחור את המשפט ש__________ לתמונה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לתמונה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רכב ארוך שנוסע על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תנועה בלי כל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הולכים ברגל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 שמתאר תנועה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נוסעים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רכב גדול עם הרבה נוסעים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תמונה עם ילדים ליד רכבת. כתבו משפט אחד שמתאר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דומים שבהם רק מילה אחת שונה, ושנה את המשמעות.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'נוסעים באוטובוס' ל'נוסעים ברכבת'?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מילה אחת משנה את כל המשמעות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תנועה בלי 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מילה אחת משנה הכל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