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אחת משנה הכל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איך מילה אחת במשפט משנה את המשמעות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של תנועה ונסיעה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אנחנו נוסעים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אנחנו נוסעים ברכבת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אוטובוס ורכבת הם שני כלי רכב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אוטובוס במקום רכבת משנה את התמונה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לתמונה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(רכב גדול עם הרבה נוסעים)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(רכב ארוך שנוסע על 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(תנועה בלי כל 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(פועל שמתאר תנועה ברכב)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מילת נסיעה מתאימה כמו 'אנחנו נוסעים ברכבת'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שהתלמיד יזהה שהחלפת מילה אחת (אוטובוס/רכבת) משנה את התמונה המתוארת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שממחישה החלפת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הולכים ברגל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אמיתיות מהדף כדי להמחיש את ההבדל בין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להקריא את המשפטים בקול ולשים לב למילה המשתנה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אחת משנה הכל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מילה אחת, כמו אוטובוס או רכבת, יכולה לשנות את כל המשפט ואת התמונה שהוא מתאר.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אוטובוס  ·  רכבת  ·  רגל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בתמונה רואים ילדים ליד אוטובוס.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אנחנו נוסעים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אנחנו נוסעים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אנחנו הולכים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בתמונה רואים פסים ורכב ארוך.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אנחנו הולכים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אנחנו שוחים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אנחנו נוסעים ברכבת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'אנחנו נוסעים באוטובוס' מתאים לתמונה של 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מילה אחת במשפט יכולה לשנות את כל המשמעות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אנחנו נוסעים ב__________ (רכב גדול לעיר)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אנחנו נוסעים ב__________ (נוסע על פסים)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אנחנו הולכים ב__________ (בלי רכב)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לתמונה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רכב ארוך שנוסע על 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רכבת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תנועה בלי כל 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הולכים ברגל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פועל שמתאר תנועה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נוסעים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רכב גדול עם הרבה נוסעים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משפט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תמונה עם ילדים ליד רכבת. כתבו משפט אחד שמתאר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'נוסעים באוטובוס' ל'נוסעים ברכבת'?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למשפט שבו מילה אחת משנה את כל המשמעות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מילה אחת משנה הכל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